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919" w:rsidRDefault="00557302">
      <w:pPr>
        <w:keepNext/>
        <w:spacing w:before="80" w:after="60" w:line="240" w:lineRule="auto"/>
        <w:jc w:val="center"/>
      </w:pPr>
      <w:r>
        <w:rPr>
          <w:b/>
          <w:color w:val="17365D"/>
          <w:sz w:val="27"/>
        </w:rPr>
        <w:t>ALLEGATO A - MANIFESTAZIONE DI INTERESSE</w:t>
      </w:r>
    </w:p>
    <w:p w:rsidR="006D5919" w:rsidRDefault="00557302">
      <w:pPr>
        <w:spacing w:after="140" w:line="240" w:lineRule="auto"/>
        <w:jc w:val="center"/>
      </w:pPr>
      <w:r>
        <w:rPr>
          <w:b/>
          <w:color w:val="1F4E79"/>
        </w:rPr>
        <w:t>Partecipazione alla consultazione preliminare di mercato - NON selettiva</w:t>
      </w:r>
    </w:p>
    <w:p w:rsidR="006D5919" w:rsidRDefault="006D5919">
      <w:pPr>
        <w:spacing w:after="0"/>
      </w:pPr>
      <w:bookmarkStart w:id="0" w:name="_GoBack"/>
      <w:bookmarkEnd w:id="0"/>
    </w:p>
    <w:p w:rsidR="006D5919" w:rsidRDefault="00557302">
      <w:pPr>
        <w:keepNext/>
        <w:spacing w:before="140" w:after="80" w:line="240" w:lineRule="auto"/>
      </w:pPr>
      <w:r>
        <w:rPr>
          <w:b/>
          <w:color w:val="17365D"/>
          <w:sz w:val="23"/>
        </w:rPr>
        <w:t>1. Dati del soggetto partecipante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Il/La sottoscritto/a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nato/a a </w:t>
      </w:r>
      <w:r>
        <w:rPr>
          <w:color w:val="222222"/>
        </w:rPr>
        <w:t>_____________________________________________</w:t>
      </w:r>
      <w:r>
        <w:rPr>
          <w:color w:val="222222"/>
        </w:rPr>
        <w:t>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il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Codice fiscale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in qualità di </w:t>
      </w:r>
      <w:r>
        <w:rPr>
          <w:color w:val="222222"/>
        </w:rPr>
        <w:t>________________________________________________________</w:t>
      </w:r>
      <w:r>
        <w:rPr>
          <w:color w:val="222222"/>
        </w:rPr>
        <w:t>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dell’operatore economico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forma giuridica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sede legale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C.F. / P.IVA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REA / CCIAA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>Codice ATECO preva</w:t>
      </w:r>
      <w:r>
        <w:rPr>
          <w:b/>
          <w:color w:val="222222"/>
        </w:rPr>
        <w:t xml:space="preserve">lente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PEC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E-mail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Telefono </w:t>
      </w:r>
      <w:r>
        <w:rPr>
          <w:color w:val="222222"/>
        </w:rPr>
        <w:t>_________________</w:t>
      </w:r>
      <w:r>
        <w:rPr>
          <w:color w:val="222222"/>
        </w:rPr>
        <w:t>_____________________________________________________</w:t>
      </w:r>
    </w:p>
    <w:p w:rsidR="006D5919" w:rsidRDefault="00557302">
      <w:pPr>
        <w:keepNext/>
        <w:spacing w:before="140" w:after="80" w:line="240" w:lineRule="auto"/>
      </w:pPr>
      <w:r>
        <w:rPr>
          <w:b/>
          <w:color w:val="17365D"/>
          <w:sz w:val="23"/>
        </w:rPr>
        <w:t>2. Forma di partecipazione alla consultazione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operatore economico singolo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raggruppamento / consorzio / aggregazione già costituita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soggetto che valuta una futura partecipazione in forma aggregata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altro: ______________________________________________</w:t>
      </w:r>
    </w:p>
    <w:p w:rsidR="006D5919" w:rsidRDefault="00557302">
      <w:pPr>
        <w:keepNext/>
        <w:spacing w:before="140" w:after="80" w:line="240" w:lineRule="auto"/>
      </w:pPr>
      <w:r>
        <w:rPr>
          <w:b/>
          <w:color w:val="17365D"/>
          <w:sz w:val="23"/>
        </w:rPr>
        <w:t>3. Manifestazione di interesse</w:t>
      </w:r>
    </w:p>
    <w:p w:rsidR="006D5919" w:rsidRDefault="00557302">
      <w:pPr>
        <w:jc w:val="both"/>
      </w:pPr>
      <w:r>
        <w:rPr>
          <w:color w:val="222222"/>
        </w:rPr>
        <w:t>Il soggetto sopra identificato MANIFESTA il proprio interesse all’iniziativa programmata dal Comune di Caivano e dichiara di voler contribuire alla consultazione prelimi</w:t>
      </w:r>
      <w:r>
        <w:rPr>
          <w:color w:val="222222"/>
        </w:rPr>
        <w:t>nare di mercato relativa alla futura concessione per la fornitura, installazione, manutenzione e gestione economica di elementi di arredo urbano con spazi pubblicitari.</w:t>
      </w:r>
    </w:p>
    <w:p w:rsidR="006D5919" w:rsidRDefault="00557302">
      <w:pPr>
        <w:keepNext/>
        <w:spacing w:before="140" w:after="80" w:line="240" w:lineRule="auto"/>
      </w:pPr>
      <w:r>
        <w:rPr>
          <w:b/>
          <w:color w:val="17365D"/>
          <w:sz w:val="23"/>
        </w:rPr>
        <w:t>4. Dichiarazioni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 xml:space="preserve">di aver preso visione dell’Avviso pubblico e della Scheda sintetica </w:t>
      </w:r>
      <w:r>
        <w:rPr>
          <w:color w:val="222222"/>
        </w:rPr>
        <w:t>dell’intervento;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di essere consapevole che la consultazione ha natura meramente esplorativa, conoscitiva e non selettiva;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di essere consapevole che la presente manifestazione non costituisce offerta, proposta contrattuale, prequalifica o richiesta di i</w:t>
      </w:r>
      <w:r>
        <w:rPr>
          <w:color w:val="222222"/>
        </w:rPr>
        <w:t>nvito;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di essere consapevole che la partecipazione o la mancata partecipazione non attribuisce vantaggi né pregiudica la partecipazione alla futura gara;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 xml:space="preserve">di essere consapevole che i parametri tecnici ed economici sottoposti al mercato sono preliminari </w:t>
      </w:r>
      <w:r>
        <w:rPr>
          <w:color w:val="222222"/>
        </w:rPr>
        <w:t>e potranno essere modificati dall’Amministrazione;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di autorizzare l’utilizzo dei contributi trasmessi ai fini della preparazione della futura procedura, nel rispetto degli artt. 77 e 78 del D.Lgs. 36/2023;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di aver preso visione dell’Informativa sul tra</w:t>
      </w:r>
      <w:r>
        <w:rPr>
          <w:color w:val="222222"/>
        </w:rPr>
        <w:t>ttamento dei dati personali di cui all’Allegato D.</w:t>
      </w:r>
    </w:p>
    <w:p w:rsidR="006D5919" w:rsidRDefault="00557302">
      <w:pPr>
        <w:keepNext/>
        <w:spacing w:before="140" w:after="80" w:line="240" w:lineRule="auto"/>
      </w:pPr>
      <w:r>
        <w:rPr>
          <w:b/>
          <w:color w:val="17365D"/>
          <w:sz w:val="23"/>
        </w:rPr>
        <w:lastRenderedPageBreak/>
        <w:t>5. Profilo ed esperienza dell’operatore - informazioni sintetiche</w:t>
      </w:r>
    </w:p>
    <w:p w:rsidR="006D5919" w:rsidRDefault="00557302">
      <w:pPr>
        <w:spacing w:before="60" w:after="40" w:line="240" w:lineRule="auto"/>
      </w:pPr>
      <w:r>
        <w:rPr>
          <w:b/>
          <w:color w:val="222222"/>
        </w:rPr>
        <w:t>Principali attività svolte e ambiti di esperienza pertinenti alla consultazione:</w:t>
      </w:r>
    </w:p>
    <w:p w:rsidR="006D5919" w:rsidRDefault="00557302">
      <w:pPr>
        <w:spacing w:after="40" w:line="240" w:lineRule="auto"/>
      </w:pPr>
      <w:r>
        <w:rPr>
          <w:color w:val="222222"/>
        </w:rPr>
        <w:t>_________________________________________________________________________________________________________</w:t>
      </w:r>
    </w:p>
    <w:p w:rsidR="006D5919" w:rsidRDefault="00557302">
      <w:pPr>
        <w:spacing w:after="40" w:line="240" w:lineRule="auto"/>
      </w:pPr>
      <w:r>
        <w:rPr>
          <w:color w:val="222222"/>
        </w:rPr>
        <w:t>_________________________________________________________________________________________________________</w:t>
      </w:r>
    </w:p>
    <w:p w:rsidR="006D5919" w:rsidRDefault="00557302">
      <w:pPr>
        <w:spacing w:after="40" w:line="240" w:lineRule="auto"/>
      </w:pPr>
      <w:r>
        <w:rPr>
          <w:color w:val="222222"/>
        </w:rPr>
        <w:t>____________________________________________</w:t>
      </w:r>
      <w:r>
        <w:rPr>
          <w:color w:val="222222"/>
        </w:rPr>
        <w:t>_____________________________________________________________</w:t>
      </w:r>
    </w:p>
    <w:p w:rsidR="006D5919" w:rsidRDefault="00557302">
      <w:pPr>
        <w:spacing w:after="60" w:line="240" w:lineRule="auto"/>
      </w:pPr>
      <w:r>
        <w:rPr>
          <w:b/>
          <w:color w:val="222222"/>
        </w:rPr>
        <w:t xml:space="preserve">Anni di attività nel settore di riferimento: </w:t>
      </w:r>
      <w:r>
        <w:rPr>
          <w:color w:val="222222"/>
        </w:rPr>
        <w:t>______________________________________________________________________</w:t>
      </w:r>
    </w:p>
    <w:p w:rsidR="006D5919" w:rsidRDefault="00557302">
      <w:pPr>
        <w:spacing w:before="60" w:after="40" w:line="240" w:lineRule="auto"/>
      </w:pPr>
      <w:r>
        <w:rPr>
          <w:b/>
          <w:color w:val="222222"/>
        </w:rPr>
        <w:t>Eventuali esperienze in concessioni, gestione pubblicitaria, arredo urbano o s</w:t>
      </w:r>
      <w:r>
        <w:rPr>
          <w:b/>
          <w:color w:val="222222"/>
        </w:rPr>
        <w:t>ervizi analoghi (indicare sinteticamente committente/territorio, oggetto, durata e ordine di grandezza):</w:t>
      </w:r>
    </w:p>
    <w:p w:rsidR="006D5919" w:rsidRDefault="00557302">
      <w:pPr>
        <w:spacing w:after="40" w:line="240" w:lineRule="auto"/>
      </w:pPr>
      <w:r>
        <w:rPr>
          <w:color w:val="222222"/>
        </w:rPr>
        <w:t>_________________________________________________________________________________________________________</w:t>
      </w:r>
    </w:p>
    <w:p w:rsidR="006D5919" w:rsidRDefault="00557302">
      <w:pPr>
        <w:spacing w:after="40" w:line="240" w:lineRule="auto"/>
      </w:pPr>
      <w:r>
        <w:rPr>
          <w:color w:val="222222"/>
        </w:rPr>
        <w:t>_____________________________________________</w:t>
      </w:r>
      <w:r>
        <w:rPr>
          <w:color w:val="222222"/>
        </w:rPr>
        <w:t>____________________________________________________________</w:t>
      </w:r>
    </w:p>
    <w:p w:rsidR="006D5919" w:rsidRDefault="00557302">
      <w:pPr>
        <w:spacing w:after="40" w:line="240" w:lineRule="auto"/>
      </w:pPr>
      <w:r>
        <w:rPr>
          <w:color w:val="222222"/>
        </w:rPr>
        <w:t>_________________________________________________________________________________________________________</w:t>
      </w:r>
    </w:p>
    <w:p w:rsidR="006D5919" w:rsidRDefault="00557302">
      <w:pPr>
        <w:spacing w:after="40" w:line="240" w:lineRule="auto"/>
      </w:pPr>
      <w:r>
        <w:rPr>
          <w:color w:val="222222"/>
        </w:rPr>
        <w:t>_________________________________________________________________________________________</w:t>
      </w:r>
      <w:r>
        <w:rPr>
          <w:color w:val="222222"/>
        </w:rPr>
        <w:t>________________</w:t>
      </w:r>
    </w:p>
    <w:p w:rsidR="006D5919" w:rsidRDefault="00557302">
      <w:pPr>
        <w:keepNext/>
        <w:spacing w:before="140" w:after="80" w:line="240" w:lineRule="auto"/>
      </w:pPr>
      <w:r>
        <w:rPr>
          <w:b/>
          <w:color w:val="17365D"/>
          <w:sz w:val="23"/>
        </w:rPr>
        <w:t>6. Documentazione trasmessa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Allegato B - Questionario tecnico-economico compilato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Eventuale memoria tecnica (massimo 10 pagine)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Eventuale procura/delega del sottoscrittore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Copia del documento di identità, solo in caso di firma auto</w:t>
      </w:r>
      <w:r>
        <w:rPr>
          <w:color w:val="222222"/>
        </w:rPr>
        <w:t>grafa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Altra documentazione utile: ______________________________________________</w:t>
      </w:r>
    </w:p>
    <w:p w:rsidR="006D5919" w:rsidRDefault="00557302">
      <w:pPr>
        <w:keepNext/>
        <w:spacing w:before="140" w:after="80" w:line="240" w:lineRule="auto"/>
      </w:pPr>
      <w:r>
        <w:rPr>
          <w:b/>
          <w:color w:val="17365D"/>
          <w:sz w:val="23"/>
        </w:rPr>
        <w:t>7. Riservatezza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>Il contributo NON contiene informazioni per le quali si richiede specifica tutela di riservatezza.</w:t>
      </w:r>
    </w:p>
    <w:p w:rsidR="006D5919" w:rsidRDefault="00557302">
      <w:pPr>
        <w:spacing w:after="40" w:line="250" w:lineRule="auto"/>
      </w:pPr>
      <w:r>
        <w:rPr>
          <w:color w:val="222222"/>
          <w:sz w:val="22"/>
        </w:rPr>
        <w:t xml:space="preserve">□ </w:t>
      </w:r>
      <w:r>
        <w:rPr>
          <w:color w:val="222222"/>
        </w:rPr>
        <w:t xml:space="preserve">Il contributo contiene informazioni per le quali si </w:t>
      </w:r>
      <w:r>
        <w:rPr>
          <w:color w:val="222222"/>
        </w:rPr>
        <w:t>richiede specifica tutela di riservatezza, puntualmente indicate e motivate nella documentazione allegata.</w:t>
      </w:r>
    </w:p>
    <w:p w:rsidR="006D5919" w:rsidRDefault="00557302">
      <w:pPr>
        <w:spacing w:before="200" w:after="60" w:line="240" w:lineRule="auto"/>
      </w:pPr>
      <w:r>
        <w:rPr>
          <w:color w:val="222222"/>
        </w:rPr>
        <w:t>Luogo e data: ____________________________________</w:t>
      </w:r>
    </w:p>
    <w:p w:rsidR="006D5919" w:rsidRDefault="00557302">
      <w:pPr>
        <w:spacing w:after="0" w:line="240" w:lineRule="auto"/>
        <w:jc w:val="right"/>
      </w:pPr>
      <w:r>
        <w:rPr>
          <w:b/>
          <w:color w:val="222222"/>
        </w:rPr>
        <w:t>Firma del legale rappresentante / soggetto munito di poteri</w:t>
      </w:r>
    </w:p>
    <w:p w:rsidR="006D5919" w:rsidRDefault="00557302">
      <w:pPr>
        <w:spacing w:before="40" w:after="0" w:line="240" w:lineRule="auto"/>
        <w:jc w:val="right"/>
      </w:pPr>
      <w:r>
        <w:rPr>
          <w:color w:val="222222"/>
        </w:rPr>
        <w:t>______________________________________</w:t>
      </w:r>
      <w:r>
        <w:rPr>
          <w:color w:val="222222"/>
        </w:rPr>
        <w:t>__</w:t>
      </w:r>
    </w:p>
    <w:sectPr w:rsidR="006D5919" w:rsidSect="00034616">
      <w:headerReference w:type="default" r:id="rId8"/>
      <w:footerReference w:type="default" r:id="rId9"/>
      <w:pgSz w:w="11906" w:h="16838"/>
      <w:pgMar w:top="1219" w:right="1020" w:bottom="964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302" w:rsidRDefault="00557302">
      <w:pPr>
        <w:spacing w:after="0" w:line="240" w:lineRule="auto"/>
      </w:pPr>
      <w:r>
        <w:separator/>
      </w:r>
    </w:p>
  </w:endnote>
  <w:endnote w:type="continuationSeparator" w:id="0">
    <w:p w:rsidR="00557302" w:rsidRDefault="00557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919" w:rsidRDefault="006D5919">
    <w:pPr>
      <w:pStyle w:val="Pidipagina"/>
    </w:pPr>
  </w:p>
  <w:tbl>
    <w:tblPr>
      <w:tblW w:w="0" w:type="auto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4932"/>
      <w:gridCol w:w="4932"/>
    </w:tblGrid>
    <w:tr w:rsidR="006D5919">
      <w:tc>
        <w:tcPr>
          <w:tcW w:w="4932" w:type="dxa"/>
        </w:tcPr>
        <w:p w:rsidR="006D5919" w:rsidRDefault="00557302">
          <w:pPr>
            <w:spacing w:after="0" w:line="240" w:lineRule="auto"/>
          </w:pPr>
          <w:r>
            <w:rPr>
              <w:color w:val="666666"/>
              <w:sz w:val="16"/>
            </w:rPr>
            <w:t>Consultazione preliminare di mercato - arredo urbano e spazi pubblicitari</w:t>
          </w:r>
        </w:p>
      </w:tc>
      <w:tc>
        <w:tcPr>
          <w:tcW w:w="4932" w:type="dxa"/>
        </w:tcPr>
        <w:p w:rsidR="006D5919" w:rsidRDefault="00557302">
          <w:pPr>
            <w:spacing w:after="0" w:line="240" w:lineRule="auto"/>
            <w:jc w:val="right"/>
          </w:pPr>
          <w:r>
            <w:rPr>
              <w:color w:val="666666"/>
              <w:sz w:val="16"/>
            </w:rPr>
            <w:t>Comune di Caivano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302" w:rsidRDefault="00557302">
      <w:pPr>
        <w:spacing w:after="0" w:line="240" w:lineRule="auto"/>
      </w:pPr>
      <w:r>
        <w:separator/>
      </w:r>
    </w:p>
  </w:footnote>
  <w:footnote w:type="continuationSeparator" w:id="0">
    <w:p w:rsidR="00557302" w:rsidRDefault="00557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919" w:rsidRDefault="006D5919">
    <w:pPr>
      <w:pStyle w:val="Intestazione"/>
    </w:pPr>
  </w:p>
  <w:tbl>
    <w:tblPr>
      <w:tblW w:w="0" w:type="auto"/>
      <w:jc w:val="center"/>
      <w:tblBorders>
        <w:top w:val="single" w:sz="0" w:space="0" w:color="FFFFFF"/>
        <w:left w:val="single" w:sz="0" w:space="0" w:color="FFFFFF"/>
        <w:bottom w:val="single" w:sz="8" w:space="0" w:color="17365D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4932"/>
      <w:gridCol w:w="4932"/>
    </w:tblGrid>
    <w:tr w:rsidR="006D5919">
      <w:trPr>
        <w:jc w:val="center"/>
      </w:trPr>
      <w:tc>
        <w:tcPr>
          <w:tcW w:w="4932" w:type="dxa"/>
          <w:tcMar>
            <w:top w:w="0" w:type="dxa"/>
            <w:left w:w="0" w:type="dxa"/>
            <w:bottom w:w="0" w:type="dxa"/>
            <w:right w:w="100" w:type="dxa"/>
          </w:tcMar>
          <w:vAlign w:val="center"/>
        </w:tcPr>
        <w:p w:rsidR="006D5919" w:rsidRDefault="00557302">
          <w:pPr>
            <w:jc w:val="center"/>
          </w:pPr>
          <w:r>
            <w:rPr>
              <w:noProof/>
              <w:lang w:val="it-IT" w:eastAsia="it-IT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-137795</wp:posOffset>
                </wp:positionV>
                <wp:extent cx="521970" cy="749300"/>
                <wp:effectExtent l="0" t="0" r="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1970" cy="749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32" w:type="dxa"/>
          <w:tcMar>
            <w:top w:w="0" w:type="dxa"/>
            <w:left w:w="50" w:type="dxa"/>
            <w:bottom w:w="0" w:type="dxa"/>
            <w:right w:w="0" w:type="dxa"/>
          </w:tcMar>
          <w:vAlign w:val="center"/>
        </w:tcPr>
        <w:p w:rsidR="006D5919" w:rsidRDefault="00557302" w:rsidP="00264E4D">
          <w:pPr>
            <w:spacing w:after="0" w:line="240" w:lineRule="auto"/>
            <w:jc w:val="right"/>
          </w:pPr>
          <w:r>
            <w:rPr>
              <w:b/>
              <w:color w:val="17365D"/>
              <w:sz w:val="32"/>
            </w:rPr>
            <w:t>COMUNE DI CAIVANO</w:t>
          </w:r>
          <w:r>
            <w:rPr>
              <w:b/>
              <w:color w:val="17365D"/>
              <w:sz w:val="32"/>
            </w:rPr>
            <w:br/>
          </w:r>
          <w:r>
            <w:rPr>
              <w:b/>
              <w:color w:val="222222"/>
            </w:rPr>
            <w:t>Città Metropolitana di Napoli</w:t>
          </w:r>
          <w:r>
            <w:rPr>
              <w:b/>
              <w:color w:val="222222"/>
            </w:rPr>
            <w:br/>
          </w:r>
          <w:r>
            <w:rPr>
              <w:b/>
              <w:color w:val="222222"/>
              <w:sz w:val="19"/>
            </w:rPr>
            <w:t>IV Settore - Lavori Pubblici, Manutenzione ed Espropri, Patrimonio, Cimitero</w:t>
          </w:r>
          <w:r>
            <w:rPr>
              <w:b/>
              <w:color w:val="222222"/>
              <w:sz w:val="19"/>
            </w:rPr>
            <w:br/>
          </w:r>
          <w:r>
            <w:rPr>
              <w:color w:val="222222"/>
              <w:sz w:val="16"/>
            </w:rPr>
            <w:t xml:space="preserve">via Marzano, 19 - località Pascarola - 80023 Caivano </w:t>
          </w:r>
          <w:r>
            <w:rPr>
              <w:color w:val="222222"/>
              <w:sz w:val="16"/>
            </w:rPr>
            <w:t>(NA) - PEC: protocollo.caivano@asmepec.it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64E4D"/>
    <w:rsid w:val="0029639D"/>
    <w:rsid w:val="00326F90"/>
    <w:rsid w:val="00557302"/>
    <w:rsid w:val="006D591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D7E6D2C-AB4F-420E-B89E-52F18A89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FF0DF5-13DB-47AD-986B-67089F8A1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Allegato A - consultazione preliminare di mercato</dc:subject>
  <dc:creator>python-docx</dc:creator>
  <cp:keywords/>
  <dc:description>generated by python-docx</dc:description>
  <cp:lastModifiedBy>Caivano</cp:lastModifiedBy>
  <cp:revision>2</cp:revision>
  <dcterms:created xsi:type="dcterms:W3CDTF">2013-12-23T23:15:00Z</dcterms:created>
  <dcterms:modified xsi:type="dcterms:W3CDTF">2026-09-19T13:54:00Z</dcterms:modified>
  <cp:category/>
</cp:coreProperties>
</file>